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858000" cy="685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0 (24)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